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9A6B1A"/>
          <w:sz w:val="20"/>
        </w:rPr>
        <w:t>★ SAMPLE DOCUMENT — FOR DEMONSTRATION ONLY ★</w:t>
      </w:r>
    </w:p>
    <w:p>
      <w:r>
        <w:t>[SAMPLE — This is a demonstration document created by Repolio. It does not contain real research content.]</w:t>
      </w:r>
    </w:p>
    <w:p>
      <w:pPr>
        <w:pStyle w:val="Heading1"/>
      </w:pPr>
      <w:r>
        <w:t>Effects of Morning Light Exposure on Sleep Quality Among Graduate Students</w:t>
      </w:r>
    </w:p>
    <w:p>
      <w:pPr>
        <w:pStyle w:val="Heading2"/>
      </w:pPr>
      <w:r>
        <w:t>Abstract</w:t>
      </w:r>
    </w:p>
    <w:p>
      <w:r>
        <w:t>Sleep deprivation is widespread among graduate students and impairs cognitive performance. Sixty participants were randomly assigned to a light-exposure group or a control group.</w:t>
      </w:r>
    </w:p>
    <w:p>
      <w:pPr>
        <w:pStyle w:val="Heading2"/>
      </w:pPr>
      <w:r>
        <w:t>Methods</w:t>
      </w:r>
    </w:p>
    <w:p>
      <w:r>
        <w:t>We used a light box for 20 minutes each morning within one hour of waking.</w:t>
      </w:r>
    </w:p>
    <w:p>
      <w:pPr>
        <w:pStyle w:val="Heading2"/>
      </w:pPr>
      <w:r>
        <w:t>Results</w:t>
      </w:r>
    </w:p>
    <w:p>
      <w:r>
        <w:t>The results were significant (p = 0.03). No adverse events were reported.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