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9A6B1A"/>
          <w:sz w:val="20"/>
        </w:rPr>
        <w:t>★ SAMPLE DOCUMENT — FOR DEMONSTRATION ONLY ★</w:t>
      </w:r>
    </w:p>
    <w:p>
      <w:r>
        <w:t>[SAMPLE — This is a demonstration document created by Repolio. It does not contain real research content.]</w:t>
      </w:r>
    </w:p>
    <w:p>
      <w:pPr>
        <w:pStyle w:val="Heading1"/>
      </w:pPr>
      <w:r>
        <w:t>Revision Report — Sample</w:t>
      </w:r>
    </w:p>
    <w:p>
      <w:r>
        <w:t>Order: SAMPLE-001 | Manuscript: sample-manuscript.docx | Date: 2026-10-18</w:t>
      </w:r>
    </w:p>
    <w:p>
      <w:pPr>
        <w:pStyle w:val="Heading2"/>
      </w:pPr>
      <w:r>
        <w:t>Key changes (with reasons)</w:t>
      </w:r>
    </w:p>
    <w:p>
      <w:pPr>
        <w:pStyle w:val="ListNumber"/>
      </w:pPr>
      <w:r>
        <w:t>1. Title</w:t>
      </w:r>
    </w:p>
    <w:p>
      <w:r>
        <w:rPr>
          <w:b/>
        </w:rPr>
        <w:t xml:space="preserve">Before: </w:t>
      </w:r>
      <w:r>
        <w:t>Effects of Morning Light Exposure on Sleep Quality in Graduate Students</w:t>
      </w:r>
    </w:p>
    <w:p>
      <w:r>
        <w:rPr>
          <w:b/>
        </w:rPr>
        <w:t xml:space="preserve">After: </w:t>
      </w:r>
      <w:r>
        <w:t>Effects of Morning Light Exposure on Sleep Quality Among Graduate Students</w:t>
      </w:r>
    </w:p>
    <w:p>
      <w:r>
        <w:rPr>
          <w:b/>
        </w:rPr>
        <w:t xml:space="preserve">Reason: </w:t>
      </w:r>
      <w:r>
        <w:t>More idiomatic preposition: 'among' for a group of people rather than 'in'.</w:t>
      </w:r>
    </w:p>
    <w:p>
      <w:pPr>
        <w:pStyle w:val="ListNumber"/>
      </w:pPr>
      <w:r>
        <w:t>2. Abstract, sentence 1</w:t>
      </w:r>
    </w:p>
    <w:p>
      <w:r>
        <w:rPr>
          <w:b/>
        </w:rPr>
        <w:t xml:space="preserve">Before: </w:t>
      </w:r>
      <w:r>
        <w:t>Sleep deprivation is prevalent among graduate students</w:t>
      </w:r>
    </w:p>
    <w:p>
      <w:r>
        <w:rPr>
          <w:b/>
        </w:rPr>
        <w:t xml:space="preserve">After: </w:t>
      </w:r>
      <w:r>
        <w:t>Sleep deprivation is widespread among graduate students</w:t>
      </w:r>
    </w:p>
    <w:p>
      <w:r>
        <w:rPr>
          <w:b/>
        </w:rPr>
        <w:t xml:space="preserve">Reason: </w:t>
      </w:r>
      <w:r>
        <w:t>'Widespread' is the more natural collocation in academic English here.</w:t>
      </w:r>
    </w:p>
    <w:p>
      <w:pPr>
        <w:pStyle w:val="ListNumber"/>
      </w:pPr>
      <w:r>
        <w:t>3. Abstract, sentence 2</w:t>
      </w:r>
    </w:p>
    <w:p>
      <w:r>
        <w:rPr>
          <w:b/>
        </w:rPr>
        <w:t xml:space="preserve">Before: </w:t>
      </w:r>
      <w:r>
        <w:t>Sixty participants was randomly assigned</w:t>
      </w:r>
    </w:p>
    <w:p>
      <w:r>
        <w:rPr>
          <w:b/>
        </w:rPr>
        <w:t xml:space="preserve">After: </w:t>
      </w:r>
      <w:r>
        <w:t>Sixty participants were randomly assigned</w:t>
      </w:r>
    </w:p>
    <w:p>
      <w:r>
        <w:rPr>
          <w:b/>
        </w:rPr>
        <w:t xml:space="preserve">Reason: </w:t>
      </w:r>
      <w:r>
        <w:t>Subject–verb agreement: plural subject requires 'were'.</w:t>
      </w:r>
    </w:p>
    <w:p>
      <w:pPr>
        <w:pStyle w:val="ListNumber"/>
      </w:pPr>
      <w:r>
        <w:t>4. Methods, sentence 1</w:t>
      </w:r>
    </w:p>
    <w:p>
      <w:r>
        <w:rPr>
          <w:b/>
        </w:rPr>
        <w:t xml:space="preserve">Before: </w:t>
      </w:r>
      <w:r>
        <w:t>We used a lightbox for 20 minutes each morning</w:t>
      </w:r>
    </w:p>
    <w:p>
      <w:r>
        <w:rPr>
          <w:b/>
        </w:rPr>
        <w:t xml:space="preserve">After: </w:t>
      </w:r>
      <w:r>
        <w:t>We used a light box for 20 minutes each morning</w:t>
      </w:r>
    </w:p>
    <w:p>
      <w:r>
        <w:rPr>
          <w:b/>
        </w:rPr>
        <w:t xml:space="preserve">Reason: </w:t>
      </w:r>
      <w:r>
        <w:t>Consistent terminology: 'light box' (two words) used throughout the manuscript.</w:t>
      </w:r>
    </w:p>
    <w:p>
      <w:pPr>
        <w:pStyle w:val="ListNumber"/>
      </w:pPr>
      <w:r>
        <w:t>5. Results, sentence 1</w:t>
      </w:r>
    </w:p>
    <w:p>
      <w:r>
        <w:rPr>
          <w:b/>
        </w:rPr>
        <w:t xml:space="preserve">Before: </w:t>
      </w:r>
      <w:r>
        <w:t>The results were significant p 0.03</w:t>
      </w:r>
    </w:p>
    <w:p>
      <w:r>
        <w:rPr>
          <w:b/>
        </w:rPr>
        <w:t xml:space="preserve">After: </w:t>
      </w:r>
      <w:r>
        <w:t>The results were significant (p = 0.03)</w:t>
      </w:r>
    </w:p>
    <w:p>
      <w:r>
        <w:rPr>
          <w:b/>
        </w:rPr>
        <w:t xml:space="preserve">Reason: </w:t>
      </w:r>
      <w:r>
        <w:t>Standard statistical notation with proper spacing and parentheses.</w:t>
      </w:r>
    </w:p>
    <w:p>
      <w:pPr>
        <w:pStyle w:val="Heading2"/>
      </w:pPr>
      <w:r>
        <w:t>Questions for the author</w:t>
      </w:r>
    </w:p>
    <w:p>
      <w:pPr>
        <w:pStyle w:val="ListNumber"/>
      </w:pPr>
      <w:r>
        <w:t>1. Methods: the light box model is not named. If the journal requires equipment details, please provide them.</w:t>
      </w:r>
    </w:p>
    <w:p>
      <w:pPr>
        <w:pStyle w:val="Heading2"/>
      </w:pPr>
      <w:r>
        <w:t>Scope &amp; limitations</w:t>
      </w:r>
    </w:p>
    <w:p>
      <w:r>
        <w:t>Checks were applied within the submitted material. AI editing catches most language issues, not all — please do a final read before submission.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